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25"/>
      </w:tblGrid>
      <w:tr>
        <w:tc>
          <w:tcPr>
            <w:tcW w:type="dxa" w:w="10325"/>
            <w:shd w:fill="F6FAFD"/>
            <w:tcBorders>
              <w:top w:val="single" w:sz="6" w:color="D8E8F2"/>
              <w:left w:val="single" w:sz="6" w:color="D8E8F2"/>
              <w:bottom w:val="single" w:sz="6" w:color="D8E8F2"/>
              <w:right w:val="single" w:sz="6" w:color="D8E8F2"/>
              <w:insideH w:val="single" w:sz="6" w:color="D8E8F2"/>
              <w:insideV w:val="single" w:sz="6" w:color="D8E8F2"/>
            </w:tcBorders>
            <w:tcMar>
              <w:top w:w="120" w:type="dxa"/>
              <w:start w:w="150" w:type="dxa"/>
              <w:bottom w:w="110" w:type="dxa"/>
              <w:end w:w="150" w:type="dxa"/>
            </w:tcMar>
            <w:vAlign w:val="center"/>
          </w:tcPr>
          <w:p>
            <w:pPr>
              <w:spacing w:before="0" w:after="20" w:line="252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F2933"/>
                <w:sz w:val="41"/>
              </w:rPr>
              <w:t>SAMK GILLANI</w:t>
            </w:r>
          </w:p>
          <w:p>
            <w:pPr>
              <w:spacing w:before="0" w:after="60" w:line="252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F4E79"/>
                <w:sz w:val="19"/>
              </w:rPr>
              <w:t>UI/UX Designer | Game UI/UX Designer | Mobile App &amp; Website Designer | Graphic Designer</w:t>
            </w:r>
          </w:p>
          <w:p>
            <w:pPr>
              <w:spacing w:before="0" w:after="40" w:line="252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55555"/>
                <w:sz w:val="17"/>
              </w:rPr>
              <w:t xml:space="preserve">Islamabad, Pakistan | Phone/WhatsApp: +92 333 9995132 | Email: samkgillani@email.com | </w:t>
            </w:r>
            <w:hyperlink r:id="rId9">
              <w:r>
                <w:rPr>
                  <w:rFonts w:ascii="Arial" w:hAnsi="Arial" w:eastAsia="Arial"/>
                  <w:color w:val="1F4E79"/>
                  <w:u w:val="none"/>
                  <w:sz w:val="17"/>
                  <w:szCs w:val="17"/>
                </w:rPr>
                <w:t>linkedin.com/in/samk-gillani-20603a215</w:t>
              </w:r>
            </w:hyperlink>
          </w:p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68AAD"/>
                <w:sz w:val="17"/>
              </w:rPr>
              <w:t>Design Focus: Mobile Apps | Websites | Game UI/UX | Social Media Banners | Digital Ads | Web3 | AR/VR</w:t>
            </w:r>
          </w:p>
        </w:tc>
      </w:tr>
    </w:tbl>
    <w:p>
      <w:pPr>
        <w:spacing w:before="120" w:after="40" w:line="252" w:lineRule="auto"/>
        <w:pBdr>
          <w:bottom w:val="single" w:sz="8" w:space="1" w:color="B8CBDC"/>
        </w:pBdr>
      </w:pPr>
      <w:r>
        <w:rPr>
          <w:rFonts w:ascii="Arial" w:hAnsi="Arial" w:eastAsia="Arial"/>
          <w:b/>
          <w:i w:val="0"/>
          <w:color w:val="1F4E79"/>
          <w:sz w:val="20"/>
        </w:rPr>
        <w:t>PROFESSIONAL SUMMARY</w:t>
      </w:r>
    </w:p>
    <w:p>
      <w:pPr>
        <w:spacing w:before="0" w:after="60" w:line="259" w:lineRule="auto"/>
      </w:pPr>
      <w:r>
        <w:rPr>
          <w:rFonts w:ascii="Arial" w:hAnsi="Arial" w:eastAsia="Arial"/>
          <w:b w:val="0"/>
          <w:i w:val="0"/>
          <w:color w:val="1F2933"/>
          <w:sz w:val="18"/>
        </w:rPr>
        <w:t>Creative UI/UX and graphic designer with 8+ years of experience designing mobile apps, websites, game UI/UX, AR/VR experiences, Web3 products, social media banners, digital ads, and promotional graphics. Strong in Figma workflows, wireframing, prototyping, game interface design, visual systems, and production-ready asset delivery. Known for clean layouts, polished visual hierarchy, and practical developer handoff.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42"/>
        <w:gridCol w:w="3442"/>
        <w:gridCol w:w="3442"/>
      </w:tblGrid>
      <w:tr>
        <w:tc>
          <w:tcPr>
            <w:tcW w:type="dxa" w:w="3442"/>
            <w:shd w:fill="EAF4FA"/>
            <w:tcBorders>
              <w:top w:val="single" w:sz="4" w:color="D8E8F2"/>
              <w:left w:val="single" w:sz="4" w:color="D8E8F2"/>
              <w:bottom w:val="single" w:sz="4" w:color="D8E8F2"/>
              <w:right w:val="single" w:sz="4" w:color="D8E8F2"/>
              <w:insideH w:val="single" w:sz="4" w:color="D8E8F2"/>
              <w:insideV w:val="single" w:sz="4" w:color="D8E8F2"/>
            </w:tcBorders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F4E79"/>
                <w:sz w:val="18"/>
              </w:rPr>
              <w:t>Product UI</w:t>
            </w:r>
          </w:p>
          <w:p>
            <w:pPr>
              <w:spacing w:before="0" w:after="0" w:line="245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5"/>
              </w:rPr>
              <w:t>Mobile apps, websites, dashboards, Web3 wallets</w:t>
            </w:r>
          </w:p>
        </w:tc>
        <w:tc>
          <w:tcPr>
            <w:tcW w:type="dxa" w:w="3442"/>
            <w:shd w:fill="EAF4FA"/>
            <w:tcBorders>
              <w:top w:val="single" w:sz="4" w:color="D8E8F2"/>
              <w:left w:val="single" w:sz="4" w:color="D8E8F2"/>
              <w:bottom w:val="single" w:sz="4" w:color="D8E8F2"/>
              <w:right w:val="single" w:sz="4" w:color="D8E8F2"/>
              <w:insideH w:val="single" w:sz="4" w:color="D8E8F2"/>
              <w:insideV w:val="single" w:sz="4" w:color="D8E8F2"/>
            </w:tcBorders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F4E79"/>
                <w:sz w:val="18"/>
              </w:rPr>
              <w:t>Game UI/UX</w:t>
            </w:r>
          </w:p>
          <w:p>
            <w:pPr>
              <w:spacing w:before="0" w:after="0" w:line="245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5"/>
              </w:rPr>
              <w:t>Menus, HUD concepts, in-game graphics, game flows</w:t>
            </w:r>
          </w:p>
        </w:tc>
        <w:tc>
          <w:tcPr>
            <w:tcW w:type="dxa" w:w="3442"/>
            <w:shd w:fill="EAF4FA"/>
            <w:tcBorders>
              <w:top w:val="single" w:sz="4" w:color="D8E8F2"/>
              <w:left w:val="single" w:sz="4" w:color="D8E8F2"/>
              <w:bottom w:val="single" w:sz="4" w:color="D8E8F2"/>
              <w:right w:val="single" w:sz="4" w:color="D8E8F2"/>
              <w:insideH w:val="single" w:sz="4" w:color="D8E8F2"/>
              <w:insideV w:val="single" w:sz="4" w:color="D8E8F2"/>
            </w:tcBorders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before="0" w:after="20" w:line="252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F4E79"/>
                <w:sz w:val="18"/>
              </w:rPr>
              <w:t>Marketing Creatives</w:t>
            </w:r>
          </w:p>
          <w:p>
            <w:pPr>
              <w:spacing w:before="0" w:after="0" w:line="245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5"/>
              </w:rPr>
              <w:t>Social media banners, ads, app-store and promotional assets</w:t>
            </w:r>
          </w:p>
        </w:tc>
      </w:tr>
    </w:tbl>
    <w:p>
      <w:pPr>
        <w:spacing w:before="120" w:after="40" w:line="252" w:lineRule="auto"/>
        <w:pBdr>
          <w:bottom w:val="single" w:sz="8" w:space="1" w:color="B8CBDC"/>
        </w:pBdr>
      </w:pPr>
      <w:r>
        <w:rPr>
          <w:rFonts w:ascii="Arial" w:hAnsi="Arial" w:eastAsia="Arial"/>
          <w:b/>
          <w:i w:val="0"/>
          <w:color w:val="1F4E79"/>
          <w:sz w:val="20"/>
        </w:rPr>
        <w:t>CORE SKILLS</w:t>
      </w:r>
    </w:p>
    <w:p>
      <w:pPr>
        <w:spacing w:before="0" w:after="40" w:line="252" w:lineRule="auto"/>
      </w:pPr>
      <w:r>
        <w:rPr>
          <w:rFonts w:ascii="Arial" w:hAnsi="Arial" w:eastAsia="Arial"/>
          <w:b w:val="0"/>
          <w:i w:val="0"/>
          <w:color w:val="1F2933"/>
          <w:sz w:val="18"/>
        </w:rPr>
        <w:t>Mobile App UI/UX Design | Website UI/UX Design | Game UI/UX Design | Game Interfaces and In-Game Graphics | Wireframing and Prototyping | User Flows and Design Systems | Social Media Banners | Digital Ads and Promotional Creatives | Web3 and Crypto Wallet UI | AR/VR App Interfaces | Graphic Design and Branding Support | Developer Handoff and Team Coordination</w:t>
      </w:r>
    </w:p>
    <w:p>
      <w:pPr>
        <w:spacing w:before="120" w:after="40" w:line="252" w:lineRule="auto"/>
        <w:pBdr>
          <w:bottom w:val="single" w:sz="8" w:space="1" w:color="B8CBDC"/>
        </w:pBdr>
      </w:pPr>
      <w:r>
        <w:rPr>
          <w:rFonts w:ascii="Arial" w:hAnsi="Arial" w:eastAsia="Arial"/>
          <w:b/>
          <w:i w:val="0"/>
          <w:color w:val="1F4E79"/>
          <w:sz w:val="20"/>
        </w:rPr>
        <w:t>PROFESSIONAL EXPERIENCE</w:t>
      </w:r>
    </w:p>
    <w:p>
      <w:pPr>
        <w:spacing w:before="84" w:after="10" w:line="252" w:lineRule="auto"/>
      </w:pPr>
      <w:r>
        <w:rPr>
          <w:rFonts w:ascii="Arial" w:hAnsi="Arial" w:eastAsia="Arial"/>
          <w:b/>
          <w:i w:val="0"/>
          <w:color w:val="1F2933"/>
          <w:sz w:val="20"/>
        </w:rPr>
        <w:t>Lead UI/UX &amp; Graphic Designer</w:t>
      </w:r>
      <w:r>
        <w:rPr>
          <w:rFonts w:ascii="Arial" w:hAnsi="Arial" w:eastAsia="Arial"/>
          <w:b/>
          <w:i w:val="0"/>
          <w:color w:val="555555"/>
          <w:sz w:val="20"/>
        </w:rPr>
        <w:t xml:space="preserve"> | </w:t>
      </w:r>
      <w:r>
        <w:rPr>
          <w:rFonts w:ascii="Arial" w:hAnsi="Arial" w:eastAsia="Arial"/>
          <w:b/>
          <w:i w:val="0"/>
          <w:color w:val="168AAD"/>
          <w:sz w:val="20"/>
        </w:rPr>
        <w:t>IDEO FUZION</w:t>
      </w:r>
    </w:p>
    <w:p>
      <w:pPr>
        <w:spacing w:before="0" w:after="8" w:line="252" w:lineRule="auto"/>
      </w:pPr>
      <w:r>
        <w:rPr>
          <w:rFonts w:ascii="Arial" w:hAnsi="Arial" w:eastAsia="Arial"/>
          <w:b w:val="0"/>
          <w:i/>
          <w:color w:val="555555"/>
          <w:sz w:val="17"/>
        </w:rPr>
        <w:t>2025 - Present | Islamabad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Lead UI/UX design for mobile apps, websites, AR/VR products, Meta games, AI applications, and game interfaces, from early concept through final handoff.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Design game UI/UX flows, app screens, website layouts, dashboards, social media banners, digital ads, and promotional graphics using organized Figma workflows.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Collaborate with engineers and product teams to convert requirements into clean, usable, and visually polished digital experiences.</w:t>
      </w:r>
    </w:p>
    <w:p>
      <w:pPr>
        <w:spacing w:before="84" w:after="10" w:line="252" w:lineRule="auto"/>
      </w:pPr>
      <w:r>
        <w:rPr>
          <w:rFonts w:ascii="Arial" w:hAnsi="Arial" w:eastAsia="Arial"/>
          <w:b/>
          <w:i w:val="0"/>
          <w:color w:val="1F2933"/>
          <w:sz w:val="20"/>
        </w:rPr>
        <w:t>Lead UI/UX &amp; Graphic Designer</w:t>
      </w:r>
      <w:r>
        <w:rPr>
          <w:rFonts w:ascii="Arial" w:hAnsi="Arial" w:eastAsia="Arial"/>
          <w:b/>
          <w:i w:val="0"/>
          <w:color w:val="555555"/>
          <w:sz w:val="20"/>
        </w:rPr>
        <w:t xml:space="preserve"> | </w:t>
      </w:r>
      <w:r>
        <w:rPr>
          <w:rFonts w:ascii="Arial" w:hAnsi="Arial" w:eastAsia="Arial"/>
          <w:b/>
          <w:i w:val="0"/>
          <w:color w:val="168AAD"/>
          <w:sz w:val="20"/>
        </w:rPr>
        <w:t>ORBIT COSMOS</w:t>
      </w:r>
    </w:p>
    <w:p>
      <w:pPr>
        <w:spacing w:before="0" w:after="8" w:line="252" w:lineRule="auto"/>
      </w:pPr>
      <w:r>
        <w:rPr>
          <w:rFonts w:ascii="Arial" w:hAnsi="Arial" w:eastAsia="Arial"/>
          <w:b w:val="0"/>
          <w:i/>
          <w:color w:val="555555"/>
          <w:sz w:val="17"/>
        </w:rPr>
        <w:t>2024 - 2025 | Islamabad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Designed premium Web3 game UI/UX, crypto wallet interfaces, mobile app screens, websites, and in-game graphics with a strong focus on usability and visual consistency.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Created social media banners, ad creatives, promotional visuals, and game-related marketing assets for product communication and launch support.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Managed design files, prototypes, and production-ready assets to support smooth collaboration with development teams.</w:t>
      </w:r>
    </w:p>
    <w:p>
      <w:pPr>
        <w:spacing w:before="84" w:after="10" w:line="252" w:lineRule="auto"/>
      </w:pPr>
      <w:r>
        <w:rPr>
          <w:rFonts w:ascii="Arial" w:hAnsi="Arial" w:eastAsia="Arial"/>
          <w:b/>
          <w:i w:val="0"/>
          <w:color w:val="1F2933"/>
          <w:sz w:val="20"/>
        </w:rPr>
        <w:t>Art Lead &amp; UI/UX Designer</w:t>
      </w:r>
      <w:r>
        <w:rPr>
          <w:rFonts w:ascii="Arial" w:hAnsi="Arial" w:eastAsia="Arial"/>
          <w:b/>
          <w:i w:val="0"/>
          <w:color w:val="555555"/>
          <w:sz w:val="20"/>
        </w:rPr>
        <w:t xml:space="preserve"> | </w:t>
      </w:r>
      <w:r>
        <w:rPr>
          <w:rFonts w:ascii="Arial" w:hAnsi="Arial" w:eastAsia="Arial"/>
          <w:b/>
          <w:i w:val="0"/>
          <w:color w:val="168AAD"/>
          <w:sz w:val="20"/>
        </w:rPr>
        <w:t>THE KNIGHTS</w:t>
      </w:r>
    </w:p>
    <w:p>
      <w:pPr>
        <w:spacing w:before="0" w:after="8" w:line="252" w:lineRule="auto"/>
      </w:pPr>
      <w:r>
        <w:rPr>
          <w:rFonts w:ascii="Arial" w:hAnsi="Arial" w:eastAsia="Arial"/>
          <w:b w:val="0"/>
          <w:i/>
          <w:color w:val="555555"/>
          <w:sz w:val="17"/>
        </w:rPr>
        <w:t>2020 - 2024 | Islamabad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Led art direction and UI/UX design for 20+ projects across mobile games, mobile apps, websites, AI applications, and interactive digital products.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Designed game UI/UX systems, menus, HUD concepts, screens, in-game graphics, social media banners, digital ads, and marketing creatives.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Improved design consistency and handoff quality through reusable components, organized Figma files, and clear visual guidelines.</w:t>
      </w:r>
    </w:p>
    <w:p>
      <w:pPr>
        <w:spacing w:before="84" w:after="10" w:line="252" w:lineRule="auto"/>
      </w:pPr>
      <w:r>
        <w:rPr>
          <w:rFonts w:ascii="Arial" w:hAnsi="Arial" w:eastAsia="Arial"/>
          <w:b/>
          <w:i w:val="0"/>
          <w:color w:val="1F2933"/>
          <w:sz w:val="20"/>
        </w:rPr>
        <w:t>UI/UX &amp; Graphic Designer</w:t>
      </w:r>
      <w:r>
        <w:rPr>
          <w:rFonts w:ascii="Arial" w:hAnsi="Arial" w:eastAsia="Arial"/>
          <w:b/>
          <w:i w:val="0"/>
          <w:color w:val="555555"/>
          <w:sz w:val="20"/>
        </w:rPr>
        <w:t xml:space="preserve"> | </w:t>
      </w:r>
      <w:r>
        <w:rPr>
          <w:rFonts w:ascii="Arial" w:hAnsi="Arial" w:eastAsia="Arial"/>
          <w:b/>
          <w:i w:val="0"/>
          <w:color w:val="168AAD"/>
          <w:sz w:val="20"/>
        </w:rPr>
        <w:t>FIVE RIVER SOLUTIONS</w:t>
      </w:r>
    </w:p>
    <w:p>
      <w:pPr>
        <w:spacing w:before="0" w:after="8" w:line="252" w:lineRule="auto"/>
      </w:pPr>
      <w:r>
        <w:rPr>
          <w:rFonts w:ascii="Arial" w:hAnsi="Arial" w:eastAsia="Arial"/>
          <w:b w:val="0"/>
          <w:i/>
          <w:color w:val="555555"/>
          <w:sz w:val="17"/>
        </w:rPr>
        <w:t>2019 - 2020 | Islamabad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Created UI/UX flows for Android and iOS mobile apps, websites, and games, including screen layouts, icons, menus, and game interface assets.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Produced social media banners, app listing visuals, digital ads, promotional creatives, and graphic assets aligned with client and studio requirements.</w:t>
      </w:r>
    </w:p>
    <w:p>
      <w:pPr>
        <w:spacing w:before="84" w:after="10" w:line="252" w:lineRule="auto"/>
      </w:pPr>
      <w:r>
        <w:rPr>
          <w:rFonts w:ascii="Arial" w:hAnsi="Arial" w:eastAsia="Arial"/>
          <w:b/>
          <w:i w:val="0"/>
          <w:color w:val="1F2933"/>
          <w:sz w:val="20"/>
        </w:rPr>
        <w:t>UI/UX Designer</w:t>
      </w:r>
      <w:r>
        <w:rPr>
          <w:rFonts w:ascii="Arial" w:hAnsi="Arial" w:eastAsia="Arial"/>
          <w:b/>
          <w:i w:val="0"/>
          <w:color w:val="555555"/>
          <w:sz w:val="20"/>
        </w:rPr>
        <w:t xml:space="preserve"> | </w:t>
      </w:r>
      <w:r>
        <w:rPr>
          <w:rFonts w:ascii="Arial" w:hAnsi="Arial" w:eastAsia="Arial"/>
          <w:b/>
          <w:i w:val="0"/>
          <w:color w:val="168AAD"/>
          <w:sz w:val="20"/>
        </w:rPr>
        <w:t>ABSOLOGIX / ABSTRON</w:t>
      </w:r>
    </w:p>
    <w:p>
      <w:pPr>
        <w:spacing w:before="0" w:after="8" w:line="252" w:lineRule="auto"/>
      </w:pPr>
      <w:r>
        <w:rPr>
          <w:rFonts w:ascii="Arial" w:hAnsi="Arial" w:eastAsia="Arial"/>
          <w:b w:val="0"/>
          <w:i/>
          <w:color w:val="555555"/>
          <w:sz w:val="17"/>
        </w:rPr>
        <w:t>2017 - 2019 | Islamabad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Worked on 15+ mobile app, website, and game projects, designing UI/UX screens, user flows, layouts, and visual systems.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Created social media banners, digital ads, promotional graphics, and design assets while coordinating with developers, designers, and clients.</w:t>
      </w:r>
    </w:p>
    <w:p>
      <w:pPr>
        <w:spacing w:before="120" w:after="40" w:line="252" w:lineRule="auto"/>
        <w:pBdr>
          <w:bottom w:val="single" w:sz="8" w:space="1" w:color="B8CBDC"/>
        </w:pBdr>
      </w:pPr>
      <w:r>
        <w:rPr>
          <w:rFonts w:ascii="Arial" w:hAnsi="Arial" w:eastAsia="Arial"/>
          <w:b/>
          <w:i w:val="0"/>
          <w:color w:val="1F4E79"/>
          <w:sz w:val="20"/>
        </w:rPr>
        <w:t>TOOLS</w:t>
      </w:r>
    </w:p>
    <w:p>
      <w:pPr>
        <w:spacing w:before="0" w:after="40" w:line="252" w:lineRule="auto"/>
      </w:pPr>
      <w:r>
        <w:rPr>
          <w:rFonts w:ascii="Arial" w:hAnsi="Arial" w:eastAsia="Arial"/>
          <w:b w:val="0"/>
          <w:i w:val="0"/>
          <w:color w:val="1F2933"/>
          <w:sz w:val="18"/>
        </w:rPr>
        <w:t>Figma | Adobe Photoshop | Adobe Illustrator | Adobe Premiere Pro | Unity | AI Design Tools</w:t>
      </w:r>
    </w:p>
    <w:p>
      <w:pPr>
        <w:spacing w:before="120" w:after="40" w:line="252" w:lineRule="auto"/>
        <w:pBdr>
          <w:bottom w:val="single" w:sz="8" w:space="1" w:color="B8CBDC"/>
        </w:pBdr>
      </w:pPr>
      <w:r>
        <w:rPr>
          <w:rFonts w:ascii="Arial" w:hAnsi="Arial" w:eastAsia="Arial"/>
          <w:b/>
          <w:i w:val="0"/>
          <w:color w:val="1F4E79"/>
          <w:sz w:val="20"/>
        </w:rPr>
        <w:t>EDUCATION</w:t>
      </w:r>
    </w:p>
    <w:p>
      <w:pPr>
        <w:spacing w:before="0" w:after="20" w:line="252" w:lineRule="auto"/>
      </w:pPr>
      <w:r>
        <w:rPr>
          <w:rFonts w:ascii="Arial" w:hAnsi="Arial" w:eastAsia="Arial"/>
          <w:b/>
          <w:i w:val="0"/>
          <w:color w:val="1F2933"/>
          <w:sz w:val="19"/>
        </w:rPr>
        <w:t>Bachelor of Biotechnology</w:t>
      </w:r>
      <w:r>
        <w:rPr>
          <w:rFonts w:ascii="Arial" w:hAnsi="Arial" w:eastAsia="Arial"/>
          <w:b w:val="0"/>
          <w:i w:val="0"/>
          <w:color w:val="555555"/>
          <w:sz w:val="18"/>
        </w:rPr>
        <w:t xml:space="preserve"> | Virtual University, Islamabad | 2012 - 2016</w:t>
      </w:r>
    </w:p>
    <w:p>
      <w:pPr>
        <w:spacing w:before="120" w:after="40" w:line="252" w:lineRule="auto"/>
        <w:pBdr>
          <w:bottom w:val="single" w:sz="8" w:space="1" w:color="B8CBDC"/>
        </w:pBdr>
      </w:pPr>
      <w:r>
        <w:rPr>
          <w:rFonts w:ascii="Arial" w:hAnsi="Arial" w:eastAsia="Arial"/>
          <w:b/>
          <w:i w:val="0"/>
          <w:color w:val="1F4E79"/>
          <w:sz w:val="20"/>
        </w:rPr>
        <w:t>ADDITIONAL STRENGTHS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Strong ability to combine UI/UX thinking with graphic design for complete digital product and marketing support.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Experienced in designing for mobile, web, games, AR/VR, Web3, AI applications, and promotional platforms.</w:t>
      </w:r>
    </w:p>
    <w:p>
      <w:pPr>
        <w:pStyle w:val="ListBullet"/>
        <w:spacing w:before="0" w:after="30" w:line="247" w:lineRule="auto"/>
        <w:ind w:left="360" w:hanging="187"/>
      </w:pPr>
      <w:r>
        <w:rPr>
          <w:rFonts w:ascii="Arial" w:hAnsi="Arial" w:eastAsia="Arial"/>
          <w:b w:val="0"/>
          <w:i w:val="0"/>
          <w:color w:val="1F2933"/>
          <w:sz w:val="17"/>
        </w:rPr>
        <w:t>Lead design workflows, communicate with clients, and support development teams with clear handoff assets.</w:t>
      </w:r>
    </w:p>
    <w:sectPr w:rsidR="00FC693F" w:rsidRPr="0006063C" w:rsidSect="00034616">
      <w:pgSz w:w="11909" w:h="16834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samk-gillani-20603a2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Samk Gillani Creative ATS Game UIUX CV</dc:title>
  <dc:subject/>
  <dc:creator>Samk Gillani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